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40"/>
      </w:pPr>
      <w:r>
        <w:rPr>
          <w:rFonts w:ascii="Calibri" w:hAnsi="Calibri"/>
          <w:b/>
          <w:i w:val="0"/>
          <w:color w:val="4D7C0F"/>
          <w:sz w:val="18"/>
        </w:rPr>
        <w:t>WEEKLY PROJECT SUPPORT</w:t>
      </w:r>
    </w:p>
    <w:p>
      <w:pPr>
        <w:spacing w:before="0" w:after="80"/>
      </w:pPr>
      <w:r>
        <w:rPr>
          <w:rFonts w:ascii="Calibri" w:hAnsi="Calibri"/>
          <w:b/>
          <w:i w:val="0"/>
          <w:color w:val="0B1117"/>
          <w:sz w:val="52"/>
        </w:rPr>
        <w:t>Weekly supervision checkpoint</w:t>
      </w:r>
    </w:p>
    <w:p>
      <w:pPr>
        <w:spacing w:before="0" w:after="200"/>
      </w:pPr>
      <w:r>
        <w:rPr>
          <w:rFonts w:ascii="Calibri" w:hAnsi="Calibri"/>
          <w:b w:val="0"/>
          <w:i w:val="0"/>
          <w:color w:val="66717C"/>
          <w:sz w:val="23"/>
        </w:rPr>
        <w:t>Record progress before the meeting, focused guidance during it, and realistic targets for the week ahead.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shd w:fill="F0F7E8"/>
            <w:tcBorders>
              <w:top w:val="single" w:sz="8" w:color="FFFFFF"/>
              <w:start w:val="single" w:sz="8" w:color="FFFFFF"/>
              <w:bottom w:val="single" w:sz="8" w:color="FFFFFF"/>
              <w:end w:val="single" w:sz="8" w:color="FFFFFF"/>
              <w:insideH w:val="single" w:sz="8" w:color="FFFFFF"/>
              <w:insideV w:val="single" w:sz="8" w:color="FFFFFF"/>
            </w:tcBorders>
          </w:tcPr>
          <w:p>
            <w:pPr>
              <w:spacing w:before="20" w:after="20"/>
            </w:pPr>
            <w:r>
              <w:rPr>
                <w:rFonts w:ascii="Calibri" w:hAnsi="Calibri"/>
                <w:b/>
                <w:i w:val="0"/>
                <w:color w:val="0B1117"/>
                <w:sz w:val="18"/>
              </w:rPr>
              <w:t>BEFORE</w:t>
              <w:br/>
            </w:r>
            <w:r>
              <w:rPr>
                <w:rFonts w:ascii="Calibri" w:hAnsi="Calibri"/>
                <w:b w:val="0"/>
                <w:i w:val="0"/>
                <w:color w:val="66717C"/>
                <w:sz w:val="19"/>
              </w:rPr>
              <w:t>Prepare evidence</w:t>
            </w:r>
          </w:p>
        </w:tc>
        <w:tc>
          <w:tcPr>
            <w:tcW w:type="dxa" w:w="312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shd w:fill="E6F4F1"/>
            <w:tcBorders>
              <w:top w:val="single" w:sz="8" w:color="FFFFFF"/>
              <w:start w:val="single" w:sz="8" w:color="FFFFFF"/>
              <w:bottom w:val="single" w:sz="8" w:color="FFFFFF"/>
              <w:end w:val="single" w:sz="8" w:color="FFFFFF"/>
              <w:insideH w:val="single" w:sz="8" w:color="FFFFFF"/>
              <w:insideV w:val="single" w:sz="8" w:color="FFFFFF"/>
            </w:tcBorders>
          </w:tcPr>
          <w:p>
            <w:pPr>
              <w:spacing w:before="20" w:after="20"/>
            </w:pPr>
            <w:r>
              <w:rPr>
                <w:rFonts w:ascii="Calibri" w:hAnsi="Calibri"/>
                <w:b/>
                <w:i w:val="0"/>
                <w:color w:val="0B1117"/>
                <w:sz w:val="18"/>
              </w:rPr>
              <w:t>DURING</w:t>
              <w:br/>
            </w:r>
            <w:r>
              <w:rPr>
                <w:rFonts w:ascii="Calibri" w:hAnsi="Calibri"/>
                <w:b w:val="0"/>
                <w:i w:val="0"/>
                <w:color w:val="66717C"/>
                <w:sz w:val="19"/>
              </w:rPr>
              <w:t>Resolve decisions</w:t>
            </w:r>
          </w:p>
        </w:tc>
        <w:tc>
          <w:tcPr>
            <w:tcW w:type="dxa" w:w="312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shd w:fill="FFF7E8"/>
            <w:tcBorders>
              <w:top w:val="single" w:sz="8" w:color="FFFFFF"/>
              <w:start w:val="single" w:sz="8" w:color="FFFFFF"/>
              <w:bottom w:val="single" w:sz="8" w:color="FFFFFF"/>
              <w:end w:val="single" w:sz="8" w:color="FFFFFF"/>
              <w:insideH w:val="single" w:sz="8" w:color="FFFFFF"/>
              <w:insideV w:val="single" w:sz="8" w:color="FFFFFF"/>
            </w:tcBorders>
          </w:tcPr>
          <w:p>
            <w:pPr>
              <w:spacing w:before="20" w:after="20"/>
            </w:pPr>
            <w:r>
              <w:rPr>
                <w:rFonts w:ascii="Calibri" w:hAnsi="Calibri"/>
                <w:b/>
                <w:i w:val="0"/>
                <w:color w:val="0B1117"/>
                <w:sz w:val="18"/>
              </w:rPr>
              <w:t>AFTER</w:t>
              <w:br/>
            </w:r>
            <w:r>
              <w:rPr>
                <w:rFonts w:ascii="Calibri" w:hAnsi="Calibri"/>
                <w:b w:val="0"/>
                <w:i w:val="0"/>
                <w:color w:val="66717C"/>
                <w:sz w:val="19"/>
              </w:rPr>
              <w:t>Agree targets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300"/>
        <w:gridCol w:w="3200"/>
        <w:gridCol w:w="1500"/>
        <w:gridCol w:w="3360"/>
      </w:tblGrid>
      <w:tr>
        <w:tc>
          <w:tcPr>
            <w:tcW w:type="dxa" w:w="13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  <w:shd w:fill="F2F4F7"/>
          </w:tcPr>
          <w:p>
            <w:pPr>
              <w:spacing w:before="20" w:after="20"/>
            </w:pPr>
            <w:r>
              <w:rPr>
                <w:rFonts w:ascii="Calibri" w:hAnsi="Calibri"/>
                <w:b/>
                <w:i w:val="0"/>
                <w:color w:val="0B1117"/>
                <w:sz w:val="19"/>
              </w:rPr>
              <w:t>Project</w:t>
            </w:r>
          </w:p>
        </w:tc>
        <w:tc>
          <w:tcPr>
            <w:tcW w:type="dxa" w:w="32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  <w:shd w:fill="FFFFFF"/>
          </w:tcPr>
          <w:p>
            <w:pPr>
              <w:spacing w:before="20" w:after="20"/>
            </w:pPr>
            <w:r>
              <w:rPr>
                <w:rFonts w:ascii="Calibri" w:hAnsi="Calibri"/>
                <w:b w:val="0"/>
                <w:i w:val="0"/>
                <w:color w:val="66717C"/>
                <w:sz w:val="20"/>
              </w:rPr>
              <w:t>[Type project title]</w:t>
            </w:r>
          </w:p>
        </w:tc>
        <w:tc>
          <w:tcPr>
            <w:tcW w:type="dxa" w:w="15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  <w:shd w:fill="F2F4F7"/>
          </w:tcPr>
          <w:p>
            <w:pPr>
              <w:spacing w:before="20" w:after="20"/>
            </w:pPr>
            <w:r>
              <w:rPr>
                <w:rFonts w:ascii="Calibri" w:hAnsi="Calibri"/>
                <w:b/>
                <w:i w:val="0"/>
                <w:color w:val="0B1117"/>
                <w:sz w:val="19"/>
              </w:rPr>
              <w:t>Meeting date</w:t>
            </w:r>
          </w:p>
        </w:tc>
        <w:tc>
          <w:tcPr>
            <w:tcW w:type="dxa" w:w="33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  <w:shd w:fill="FFFFFF"/>
          </w:tcPr>
          <w:p>
            <w:pPr>
              <w:spacing w:before="20" w:after="20"/>
            </w:pPr>
            <w:r>
              <w:rPr>
                <w:rFonts w:ascii="Calibri" w:hAnsi="Calibri"/>
                <w:b w:val="0"/>
                <w:i w:val="0"/>
                <w:color w:val="66717C"/>
                <w:sz w:val="20"/>
              </w:rPr>
              <w:t>[DD / MM / YYYY]</w:t>
            </w:r>
          </w:p>
        </w:tc>
      </w:tr>
      <w:tr>
        <w:tc>
          <w:tcPr>
            <w:tcW w:type="dxa" w:w="13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  <w:shd w:fill="F2F4F7"/>
          </w:tcPr>
          <w:p>
            <w:pPr>
              <w:spacing w:before="20" w:after="20"/>
            </w:pPr>
            <w:r>
              <w:rPr>
                <w:rFonts w:ascii="Calibri" w:hAnsi="Calibri"/>
                <w:b/>
                <w:i w:val="0"/>
                <w:color w:val="0B1117"/>
                <w:sz w:val="19"/>
              </w:rPr>
              <w:t>Student</w:t>
            </w:r>
          </w:p>
        </w:tc>
        <w:tc>
          <w:tcPr>
            <w:tcW w:type="dxa" w:w="32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  <w:shd w:fill="FFFFFF"/>
          </w:tcPr>
          <w:p>
            <w:pPr>
              <w:spacing w:before="20" w:after="20"/>
            </w:pPr>
            <w:r>
              <w:rPr>
                <w:rFonts w:ascii="Calibri" w:hAnsi="Calibri"/>
                <w:b w:val="0"/>
                <w:i w:val="0"/>
                <w:color w:val="66717C"/>
                <w:sz w:val="20"/>
              </w:rPr>
              <w:t>[Type name]</w:t>
            </w:r>
          </w:p>
        </w:tc>
        <w:tc>
          <w:tcPr>
            <w:tcW w:type="dxa" w:w="15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  <w:shd w:fill="F2F4F7"/>
          </w:tcPr>
          <w:p>
            <w:pPr>
              <w:spacing w:before="20" w:after="20"/>
            </w:pPr>
            <w:r>
              <w:rPr>
                <w:rFonts w:ascii="Calibri" w:hAnsi="Calibri"/>
                <w:b/>
                <w:i w:val="0"/>
                <w:color w:val="0B1117"/>
                <w:sz w:val="19"/>
              </w:rPr>
              <w:t>Supervisor(s)</w:t>
            </w:r>
          </w:p>
        </w:tc>
        <w:tc>
          <w:tcPr>
            <w:tcW w:type="dxa" w:w="33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  <w:shd w:fill="FFFFFF"/>
          </w:tcPr>
          <w:p>
            <w:pPr>
              <w:spacing w:before="20" w:after="20"/>
            </w:pPr>
            <w:r>
              <w:rPr>
                <w:rFonts w:ascii="Calibri" w:hAnsi="Calibri"/>
                <w:b w:val="0"/>
                <w:i w:val="0"/>
                <w:color w:val="66717C"/>
                <w:sz w:val="20"/>
              </w:rPr>
              <w:t>[Type name(s)]</w:t>
            </w:r>
          </w:p>
        </w:tc>
      </w:tr>
      <w:tr>
        <w:tc>
          <w:tcPr>
            <w:tcW w:type="dxa" w:w="13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  <w:shd w:fill="F2F4F7"/>
          </w:tcPr>
          <w:p>
            <w:pPr>
              <w:spacing w:before="20" w:after="20"/>
            </w:pPr>
            <w:r>
              <w:rPr>
                <w:rFonts w:ascii="Calibri" w:hAnsi="Calibri"/>
                <w:b/>
                <w:i w:val="0"/>
                <w:color w:val="0B1117"/>
                <w:sz w:val="19"/>
              </w:rPr>
              <w:t>Project stage</w:t>
            </w:r>
          </w:p>
        </w:tc>
        <w:tc>
          <w:tcPr>
            <w:tcW w:type="dxa" w:w="32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  <w:shd w:fill="FFFFFF"/>
          </w:tcPr>
          <w:p>
            <w:pPr>
              <w:spacing w:before="20" w:after="20"/>
            </w:pPr>
            <w:r>
              <w:rPr>
                <w:rFonts w:ascii="Calibri" w:hAnsi="Calibri"/>
                <w:b w:val="0"/>
                <w:i w:val="0"/>
                <w:color w:val="66717C"/>
                <w:sz w:val="20"/>
              </w:rPr>
              <w:t>[Type stage]</w:t>
            </w:r>
          </w:p>
        </w:tc>
        <w:tc>
          <w:tcPr>
            <w:tcW w:type="dxa" w:w="15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  <w:shd w:fill="F2F4F7"/>
          </w:tcPr>
          <w:p>
            <w:pPr>
              <w:spacing w:before="20" w:after="20"/>
            </w:pPr>
            <w:r>
              <w:rPr>
                <w:rFonts w:ascii="Calibri" w:hAnsi="Calibri"/>
                <w:b/>
                <w:i w:val="0"/>
                <w:color w:val="0B1117"/>
                <w:sz w:val="19"/>
              </w:rPr>
              <w:t>Next meeting</w:t>
            </w:r>
          </w:p>
        </w:tc>
        <w:tc>
          <w:tcPr>
            <w:tcW w:type="dxa" w:w="33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  <w:shd w:fill="FFFFFF"/>
          </w:tcPr>
          <w:p>
            <w:pPr>
              <w:spacing w:before="20" w:after="20"/>
            </w:pPr>
            <w:r>
              <w:rPr>
                <w:rFonts w:ascii="Calibri" w:hAnsi="Calibri"/>
                <w:b w:val="0"/>
                <w:i w:val="0"/>
                <w:color w:val="66717C"/>
                <w:sz w:val="20"/>
              </w:rPr>
              <w:t>[DD / MM / YYYY]</w:t>
            </w:r>
          </w:p>
        </w:tc>
      </w:tr>
    </w:tbl>
    <w:p>
      <w:pPr>
        <w:spacing w:before="180" w:after="60"/>
      </w:pPr>
      <w:r>
        <w:rPr>
          <w:rFonts w:ascii="Calibri" w:hAnsi="Calibri"/>
          <w:b/>
          <w:i w:val="0"/>
          <w:color w:val="0F766E"/>
          <w:sz w:val="20"/>
        </w:rPr>
        <w:t>Current research question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  <w:shd w:fill="FFFFFF"/>
          </w:tcPr>
          <w:p>
            <w:pPr>
              <w:spacing w:after="60"/>
            </w:pPr>
            <w:r>
              <w:rPr>
                <w:rFonts w:ascii="Calibri" w:hAnsi="Calibri"/>
                <w:b w:val="0"/>
                <w:i/>
                <w:color w:val="66717C"/>
                <w:sz w:val="20"/>
              </w:rPr>
              <w:t>[Type the current research question here]</w:t>
            </w:r>
          </w:p>
        </w:tc>
      </w:tr>
    </w:tbl>
    <w:p>
      <w:pPr>
        <w:keepNext/>
        <w:spacing w:before="180" w:after="40"/>
      </w:pPr>
      <w:r>
        <w:rPr>
          <w:rFonts w:ascii="Calibri" w:hAnsi="Calibri"/>
          <w:b/>
          <w:i w:val="0"/>
          <w:color w:val="4D7C0F"/>
          <w:sz w:val="18"/>
        </w:rPr>
        <w:t xml:space="preserve">01  </w:t>
      </w:r>
      <w:r>
        <w:rPr>
          <w:rFonts w:ascii="Calibri" w:hAnsi="Calibri"/>
          <w:b/>
          <w:i w:val="0"/>
          <w:color w:val="0F766E"/>
          <w:sz w:val="25"/>
        </w:rPr>
        <w:t>Completed since the last meeting</w:t>
      </w:r>
    </w:p>
    <w:p>
      <w:pPr>
        <w:keepNext/>
        <w:spacing w:before="0" w:after="80"/>
      </w:pPr>
      <w:r>
        <w:rPr>
          <w:rFonts w:ascii="Calibri" w:hAnsi="Calibri"/>
          <w:b w:val="0"/>
          <w:i w:val="0"/>
          <w:color w:val="66717C"/>
          <w:sz w:val="19"/>
        </w:rPr>
        <w:t>Name the analytical, reading or writing task completed, not simply time spent.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  <w:shd w:fill="FFFFFF"/>
          </w:tcPr>
          <w:p>
            <w:pPr>
              <w:spacing w:before="20" w:after="80"/>
            </w:pPr>
            <w:r>
              <w:rPr>
                <w:rFonts w:ascii="Calibri" w:hAnsi="Calibri"/>
                <w:b w:val="0"/>
                <w:i/>
                <w:color w:val="66717C"/>
                <w:sz w:val="20"/>
              </w:rPr>
              <w:t>[Type your update here]</w:t>
            </w:r>
          </w:p>
          <w:p>
            <w:pPr>
              <w:spacing w:before="0" w:after="60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 xml:space="preserve"> </w:t>
            </w:r>
          </w:p>
        </w:tc>
      </w:tr>
    </w:tbl>
    <w:p>
      <w:pPr>
        <w:keepNext/>
        <w:spacing w:before="180" w:after="40"/>
      </w:pPr>
      <w:r>
        <w:rPr>
          <w:rFonts w:ascii="Calibri" w:hAnsi="Calibri"/>
          <w:b/>
          <w:i w:val="0"/>
          <w:color w:val="4D7C0F"/>
          <w:sz w:val="18"/>
        </w:rPr>
        <w:t xml:space="preserve">02  </w:t>
      </w:r>
      <w:r>
        <w:rPr>
          <w:rFonts w:ascii="Calibri" w:hAnsi="Calibri"/>
          <w:b/>
          <w:i w:val="0"/>
          <w:color w:val="0F766E"/>
          <w:sz w:val="25"/>
        </w:rPr>
        <w:t>Evidence I am bringing</w:t>
      </w:r>
    </w:p>
    <w:p>
      <w:pPr>
        <w:keepNext/>
        <w:spacing w:before="0" w:after="80"/>
      </w:pPr>
      <w:r>
        <w:rPr>
          <w:rFonts w:ascii="Calibri" w:hAnsi="Calibri"/>
          <w:b w:val="0"/>
          <w:i w:val="0"/>
          <w:color w:val="66717C"/>
          <w:sz w:val="19"/>
        </w:rPr>
        <w:t>List or link the table, plot, output, code, search record, decision note or draft.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  <w:shd w:fill="FFFFFF"/>
          </w:tcPr>
          <w:p>
            <w:pPr>
              <w:spacing w:before="20" w:after="80"/>
            </w:pPr>
            <w:r>
              <w:rPr>
                <w:rFonts w:ascii="Calibri" w:hAnsi="Calibri"/>
                <w:b w:val="0"/>
                <w:i/>
                <w:color w:val="66717C"/>
                <w:sz w:val="20"/>
              </w:rPr>
              <w:t>[Type your update here]</w:t>
            </w:r>
          </w:p>
          <w:p>
            <w:pPr>
              <w:spacing w:before="0" w:after="60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 xml:space="preserve"> </w:t>
            </w:r>
          </w:p>
        </w:tc>
      </w:tr>
    </w:tbl>
    <w:p>
      <w:pPr>
        <w:keepNext/>
        <w:spacing w:before="180" w:after="40"/>
      </w:pPr>
      <w:r>
        <w:rPr>
          <w:rFonts w:ascii="Calibri" w:hAnsi="Calibri"/>
          <w:b/>
          <w:i w:val="0"/>
          <w:color w:val="4D7C0F"/>
          <w:sz w:val="18"/>
        </w:rPr>
        <w:t xml:space="preserve">03  </w:t>
      </w:r>
      <w:r>
        <w:rPr>
          <w:rFonts w:ascii="Calibri" w:hAnsi="Calibri"/>
          <w:b/>
          <w:i w:val="0"/>
          <w:color w:val="0F766E"/>
          <w:sz w:val="25"/>
        </w:rPr>
        <w:t>Decisions made and why</w:t>
      </w:r>
    </w:p>
    <w:p>
      <w:pPr>
        <w:keepNext/>
        <w:spacing w:before="0" w:after="80"/>
      </w:pPr>
      <w:r>
        <w:rPr>
          <w:rFonts w:ascii="Calibri" w:hAnsi="Calibri"/>
          <w:b w:val="0"/>
          <w:i w:val="0"/>
          <w:color w:val="66717C"/>
          <w:sz w:val="19"/>
        </w:rPr>
        <w:t>State each choice, the evidence used, assumptions and consequence for the plan.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  <w:shd w:fill="FFFFFF"/>
          </w:tcPr>
          <w:p>
            <w:pPr>
              <w:spacing w:before="20" w:after="80"/>
            </w:pPr>
            <w:r>
              <w:rPr>
                <w:rFonts w:ascii="Calibri" w:hAnsi="Calibri"/>
                <w:b w:val="0"/>
                <w:i/>
                <w:color w:val="66717C"/>
                <w:sz w:val="20"/>
              </w:rPr>
              <w:t>[Type your update here]</w:t>
            </w:r>
          </w:p>
          <w:p>
            <w:pPr>
              <w:spacing w:before="0" w:after="60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 xml:space="preserve"> </w:t>
            </w:r>
          </w:p>
        </w:tc>
      </w:tr>
    </w:tbl>
    <w:p>
      <w:r>
        <w:br w:type="page"/>
      </w:r>
    </w:p>
    <w:p>
      <w:pPr>
        <w:keepNext/>
        <w:spacing w:before="180" w:after="40"/>
      </w:pPr>
      <w:r>
        <w:rPr>
          <w:rFonts w:ascii="Calibri" w:hAnsi="Calibri"/>
          <w:b/>
          <w:i w:val="0"/>
          <w:color w:val="4D7C0F"/>
          <w:sz w:val="18"/>
        </w:rPr>
        <w:t xml:space="preserve">04  </w:t>
      </w:r>
      <w:r>
        <w:rPr>
          <w:rFonts w:ascii="Calibri" w:hAnsi="Calibri"/>
          <w:b/>
          <w:i w:val="0"/>
          <w:color w:val="0F766E"/>
          <w:sz w:val="25"/>
        </w:rPr>
        <w:t>Problems, uncertainty or risks</w:t>
      </w:r>
    </w:p>
    <w:p>
      <w:pPr>
        <w:keepNext/>
        <w:spacing w:before="0" w:after="80"/>
      </w:pPr>
      <w:r>
        <w:rPr>
          <w:rFonts w:ascii="Calibri" w:hAnsi="Calibri"/>
          <w:b w:val="0"/>
          <w:i w:val="0"/>
          <w:color w:val="66717C"/>
          <w:sz w:val="19"/>
        </w:rPr>
        <w:t>Name data, ethics, access, methods, writing or timetable issues early.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  <w:shd w:fill="FFFFFF"/>
          </w:tcPr>
          <w:p>
            <w:pPr>
              <w:spacing w:before="20" w:after="80"/>
            </w:pPr>
            <w:r>
              <w:rPr>
                <w:rFonts w:ascii="Calibri" w:hAnsi="Calibri"/>
                <w:b w:val="0"/>
                <w:i/>
                <w:color w:val="66717C"/>
                <w:sz w:val="20"/>
              </w:rPr>
              <w:t>[Type your update here]</w:t>
            </w:r>
          </w:p>
          <w:p>
            <w:pPr>
              <w:spacing w:before="0" w:after="60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 xml:space="preserve"> </w:t>
            </w:r>
          </w:p>
        </w:tc>
      </w:tr>
    </w:tbl>
    <w:p>
      <w:pPr>
        <w:keepNext/>
        <w:spacing w:before="180" w:after="40"/>
      </w:pPr>
      <w:r>
        <w:rPr>
          <w:rFonts w:ascii="Calibri" w:hAnsi="Calibri"/>
          <w:b/>
          <w:i w:val="0"/>
          <w:color w:val="4D7C0F"/>
          <w:sz w:val="18"/>
        </w:rPr>
        <w:t xml:space="preserve">05  </w:t>
      </w:r>
      <w:r>
        <w:rPr>
          <w:rFonts w:ascii="Calibri" w:hAnsi="Calibri"/>
          <w:b/>
          <w:i w:val="0"/>
          <w:color w:val="0F766E"/>
          <w:sz w:val="25"/>
        </w:rPr>
        <w:t>My three priority questions</w:t>
      </w:r>
    </w:p>
    <w:p>
      <w:pPr>
        <w:keepNext/>
        <w:spacing w:before="0" w:after="80"/>
      </w:pPr>
      <w:r>
        <w:rPr>
          <w:rFonts w:ascii="Calibri" w:hAnsi="Calibri"/>
          <w:b w:val="0"/>
          <w:i w:val="0"/>
          <w:color w:val="66717C"/>
          <w:sz w:val="19"/>
        </w:rPr>
        <w:t>Ask focused questions and briefly record what you have already tried.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  <w:shd w:fill="FFFFFF"/>
          </w:tcPr>
          <w:p>
            <w:pPr>
              <w:spacing w:before="20" w:after="80"/>
            </w:pPr>
            <w:r>
              <w:rPr>
                <w:rFonts w:ascii="Calibri" w:hAnsi="Calibri"/>
                <w:b w:val="0"/>
                <w:i/>
                <w:color w:val="66717C"/>
                <w:sz w:val="20"/>
              </w:rPr>
              <w:t>[Type your update here]</w:t>
            </w:r>
          </w:p>
          <w:p>
            <w:pPr>
              <w:spacing w:before="0" w:after="60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 xml:space="preserve"> </w:t>
            </w:r>
          </w:p>
          <w:p>
            <w:pPr>
              <w:spacing w:before="0" w:after="60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 xml:space="preserve"> </w:t>
            </w:r>
          </w:p>
        </w:tc>
      </w:tr>
    </w:tbl>
    <w:p>
      <w:pPr>
        <w:keepNext/>
        <w:spacing w:before="180" w:after="40"/>
      </w:pPr>
      <w:r>
        <w:rPr>
          <w:rFonts w:ascii="Calibri" w:hAnsi="Calibri"/>
          <w:b/>
          <w:i w:val="0"/>
          <w:color w:val="4D7C0F"/>
          <w:sz w:val="18"/>
        </w:rPr>
        <w:t xml:space="preserve">06  </w:t>
      </w:r>
      <w:r>
        <w:rPr>
          <w:rFonts w:ascii="Calibri" w:hAnsi="Calibri"/>
          <w:b/>
          <w:i w:val="0"/>
          <w:color w:val="0F766E"/>
          <w:sz w:val="25"/>
        </w:rPr>
        <w:t>Guidance or approval needed</w:t>
      </w:r>
    </w:p>
    <w:p>
      <w:pPr>
        <w:keepNext/>
        <w:spacing w:before="0" w:after="80"/>
      </w:pPr>
      <w:r>
        <w:rPr>
          <w:rFonts w:ascii="Calibri" w:hAnsi="Calibri"/>
          <w:b w:val="0"/>
          <w:i w:val="0"/>
          <w:color w:val="66717C"/>
          <w:sz w:val="19"/>
        </w:rPr>
        <w:t>Be explicit about the judgement, decision, access or approval required.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  <w:shd w:fill="FFFFFF"/>
          </w:tcPr>
          <w:p>
            <w:pPr>
              <w:spacing w:before="20" w:after="80"/>
            </w:pPr>
            <w:r>
              <w:rPr>
                <w:rFonts w:ascii="Calibri" w:hAnsi="Calibri"/>
                <w:b w:val="0"/>
                <w:i/>
                <w:color w:val="66717C"/>
                <w:sz w:val="20"/>
              </w:rPr>
              <w:t>[Type your update here]</w:t>
            </w:r>
          </w:p>
          <w:p>
            <w:pPr>
              <w:spacing w:before="0" w:after="60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 xml:space="preserve"> </w:t>
            </w:r>
          </w:p>
        </w:tc>
      </w:tr>
    </w:tbl>
    <w:p>
      <w:r>
        <w:br w:type="page"/>
      </w:r>
    </w:p>
    <w:p>
      <w:pPr>
        <w:pStyle w:val="Heading1"/>
        <w:spacing w:before="240" w:after="60"/>
      </w:pPr>
      <w:r>
        <w:t>Agreed during the meeting</w:t>
      </w:r>
    </w:p>
    <w:p>
      <w:pPr>
        <w:spacing w:after="120"/>
      </w:pPr>
      <w:r>
        <w:rPr>
          <w:rFonts w:ascii="Calibri" w:hAnsi="Calibri"/>
          <w:b w:val="0"/>
          <w:i w:val="0"/>
          <w:color w:val="66717C"/>
          <w:sz w:val="19"/>
        </w:rPr>
        <w:t>Record the advice and decisions from the meeting, then leave with no more than three specific, reviewable targets.</w:t>
      </w:r>
    </w:p>
    <w:p>
      <w:pPr>
        <w:spacing w:after="60"/>
      </w:pPr>
      <w:r>
        <w:rPr>
          <w:rFonts w:ascii="Calibri" w:hAnsi="Calibri"/>
          <w:b/>
          <w:i w:val="0"/>
          <w:color w:val="0F766E"/>
          <w:sz w:val="20"/>
        </w:rPr>
        <w:t>Advice given and how I will use it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</w:tcPr>
          <w:p>
            <w:pPr>
              <w:spacing w:after="80"/>
            </w:pPr>
            <w:r>
              <w:rPr>
                <w:rFonts w:ascii="Calibri" w:hAnsi="Calibri"/>
                <w:b w:val="0"/>
                <w:i/>
                <w:color w:val="66717C"/>
                <w:sz w:val="19"/>
              </w:rPr>
              <w:t>[Record the advice, why it matters and the action you will take]</w:t>
            </w:r>
          </w:p>
          <w:p>
            <w:r>
              <w:t xml:space="preserve"> </w:t>
            </w:r>
          </w:p>
        </w:tc>
      </w:tr>
    </w:tbl>
    <w:p>
      <w:pPr>
        <w:spacing w:before="160" w:after="60"/>
      </w:pPr>
      <w:r>
        <w:rPr>
          <w:rFonts w:ascii="Calibri" w:hAnsi="Calibri"/>
          <w:b/>
          <w:i w:val="0"/>
          <w:color w:val="0F766E"/>
          <w:sz w:val="20"/>
        </w:rPr>
        <w:t>Decision and rationale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</w:tcPr>
          <w:p>
            <w:pPr>
              <w:spacing w:after="80"/>
            </w:pPr>
            <w:r>
              <w:rPr>
                <w:rFonts w:ascii="Calibri" w:hAnsi="Calibri"/>
                <w:b w:val="0"/>
                <w:i/>
                <w:color w:val="66717C"/>
                <w:sz w:val="19"/>
              </w:rPr>
              <w:t>[Record the decision, evidence used and consequence]</w:t>
            </w:r>
          </w:p>
          <w:p>
            <w:r>
              <w:t xml:space="preserve"> </w:t>
            </w:r>
          </w:p>
        </w:tc>
      </w:tr>
    </w:tbl>
    <w:p>
      <w:pPr>
        <w:spacing w:before="160" w:after="60"/>
      </w:pPr>
      <w:r>
        <w:rPr>
          <w:rFonts w:ascii="Calibri" w:hAnsi="Calibri"/>
          <w:b/>
          <w:i w:val="0"/>
          <w:color w:val="0F766E"/>
          <w:sz w:val="20"/>
        </w:rPr>
        <w:t>Targets for the week ahead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620"/>
        <w:gridCol w:w="2700"/>
        <w:gridCol w:w="1300"/>
        <w:gridCol w:w="1740"/>
      </w:tblGrid>
      <w:tr>
        <w:trPr>
          <w:tblHeader w:val="true"/>
        </w:trPr>
        <w:tc>
          <w:tcPr>
            <w:tcW w:type="dxa" w:w="362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shd w:fill="E6F4F1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0B1117"/>
                <w:sz w:val="18"/>
              </w:rPr>
              <w:t>Target</w:t>
            </w:r>
          </w:p>
        </w:tc>
        <w:tc>
          <w:tcPr>
            <w:tcW w:type="dxa" w:w="27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shd w:fill="E6F4F1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0B1117"/>
                <w:sz w:val="18"/>
              </w:rPr>
              <w:t>Evidence of completion</w:t>
            </w:r>
          </w:p>
        </w:tc>
        <w:tc>
          <w:tcPr>
            <w:tcW w:type="dxa" w:w="13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shd w:fill="E6F4F1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0B1117"/>
                <w:sz w:val="18"/>
              </w:rPr>
              <w:t>Owner</w:t>
            </w:r>
          </w:p>
        </w:tc>
        <w:tc>
          <w:tcPr>
            <w:tcW w:type="dxa" w:w="174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shd w:fill="E6F4F1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0B1117"/>
                <w:sz w:val="18"/>
              </w:rPr>
              <w:t>Due</w:t>
            </w:r>
          </w:p>
        </w:tc>
      </w:tr>
      <w:tr>
        <w:tc>
          <w:tcPr>
            <w:tcW w:type="dxa" w:w="362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</w:tcPr>
          <w:p>
            <w:pPr>
              <w:spacing w:after="100"/>
            </w:pPr>
            <w:r>
              <w:rPr>
                <w:rFonts w:ascii="Calibri" w:hAnsi="Calibri"/>
                <w:b w:val="0"/>
                <w:i/>
                <w:color w:val="66717C"/>
                <w:sz w:val="18"/>
              </w:rPr>
              <w:t>[Target 1]</w:t>
            </w:r>
          </w:p>
          <w:p>
            <w:r>
              <w:t xml:space="preserve"> </w:t>
            </w:r>
          </w:p>
        </w:tc>
        <w:tc>
          <w:tcPr>
            <w:tcW w:type="dxa" w:w="27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</w:tcPr>
          <w:p>
            <w:pPr>
              <w:spacing w:after="100"/>
            </w:pPr>
            <w:r>
              <w:rPr>
                <w:rFonts w:ascii="Calibri" w:hAnsi="Calibri"/>
                <w:b w:val="0"/>
                <w:i/>
                <w:color w:val="66717C"/>
                <w:sz w:val="18"/>
              </w:rPr>
              <w:t>[File, output or draft]</w:t>
            </w:r>
          </w:p>
          <w:p>
            <w:r>
              <w:t xml:space="preserve"> </w:t>
            </w:r>
          </w:p>
        </w:tc>
        <w:tc>
          <w:tcPr>
            <w:tcW w:type="dxa" w:w="13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</w:tcPr>
          <w:p>
            <w:pPr>
              <w:spacing w:after="100"/>
            </w:pPr>
            <w:r>
              <w:rPr>
                <w:rFonts w:ascii="Calibri" w:hAnsi="Calibri"/>
                <w:b w:val="0"/>
                <w:i/>
                <w:color w:val="66717C"/>
                <w:sz w:val="18"/>
              </w:rPr>
              <w:t>[Name]</w:t>
            </w:r>
          </w:p>
          <w:p>
            <w:r>
              <w:t xml:space="preserve"> </w:t>
            </w:r>
          </w:p>
        </w:tc>
        <w:tc>
          <w:tcPr>
            <w:tcW w:type="dxa" w:w="174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</w:tcPr>
          <w:p>
            <w:pPr>
              <w:spacing w:after="100"/>
            </w:pPr>
            <w:r>
              <w:rPr>
                <w:rFonts w:ascii="Calibri" w:hAnsi="Calibri"/>
                <w:b w:val="0"/>
                <w:i/>
                <w:color w:val="66717C"/>
                <w:sz w:val="18"/>
              </w:rPr>
              <w:t>[Date]</w:t>
            </w:r>
          </w:p>
          <w:p>
            <w:r>
              <w:t xml:space="preserve"> </w:t>
            </w:r>
          </w:p>
        </w:tc>
      </w:tr>
      <w:tr>
        <w:tc>
          <w:tcPr>
            <w:tcW w:type="dxa" w:w="362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</w:tcPr>
          <w:p>
            <w:pPr>
              <w:spacing w:after="100"/>
            </w:pPr>
            <w:r>
              <w:rPr>
                <w:rFonts w:ascii="Calibri" w:hAnsi="Calibri"/>
                <w:b w:val="0"/>
                <w:i/>
                <w:color w:val="66717C"/>
                <w:sz w:val="18"/>
              </w:rPr>
              <w:t>[Target 2]</w:t>
            </w:r>
          </w:p>
          <w:p>
            <w:r>
              <w:t xml:space="preserve"> </w:t>
            </w:r>
          </w:p>
        </w:tc>
        <w:tc>
          <w:tcPr>
            <w:tcW w:type="dxa" w:w="27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</w:tcPr>
          <w:p>
            <w:pPr>
              <w:spacing w:after="100"/>
            </w:pPr>
            <w:r>
              <w:rPr>
                <w:rFonts w:ascii="Calibri" w:hAnsi="Calibri"/>
                <w:b w:val="0"/>
                <w:i/>
                <w:color w:val="66717C"/>
                <w:sz w:val="18"/>
              </w:rPr>
              <w:t>[File, output or draft]</w:t>
            </w:r>
          </w:p>
          <w:p>
            <w:r>
              <w:t xml:space="preserve"> </w:t>
            </w:r>
          </w:p>
        </w:tc>
        <w:tc>
          <w:tcPr>
            <w:tcW w:type="dxa" w:w="13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</w:tcPr>
          <w:p>
            <w:pPr>
              <w:spacing w:after="100"/>
            </w:pPr>
            <w:r>
              <w:rPr>
                <w:rFonts w:ascii="Calibri" w:hAnsi="Calibri"/>
                <w:b w:val="0"/>
                <w:i/>
                <w:color w:val="66717C"/>
                <w:sz w:val="18"/>
              </w:rPr>
              <w:t>[Name]</w:t>
            </w:r>
          </w:p>
          <w:p>
            <w:r>
              <w:t xml:space="preserve"> </w:t>
            </w:r>
          </w:p>
        </w:tc>
        <w:tc>
          <w:tcPr>
            <w:tcW w:type="dxa" w:w="174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</w:tcPr>
          <w:p>
            <w:pPr>
              <w:spacing w:after="100"/>
            </w:pPr>
            <w:r>
              <w:rPr>
                <w:rFonts w:ascii="Calibri" w:hAnsi="Calibri"/>
                <w:b w:val="0"/>
                <w:i/>
                <w:color w:val="66717C"/>
                <w:sz w:val="18"/>
              </w:rPr>
              <w:t>[Date]</w:t>
            </w:r>
          </w:p>
          <w:p>
            <w:r>
              <w:t xml:space="preserve"> </w:t>
            </w:r>
          </w:p>
        </w:tc>
      </w:tr>
      <w:tr>
        <w:tc>
          <w:tcPr>
            <w:tcW w:type="dxa" w:w="362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</w:tcPr>
          <w:p>
            <w:pPr>
              <w:spacing w:after="100"/>
            </w:pPr>
            <w:r>
              <w:rPr>
                <w:rFonts w:ascii="Calibri" w:hAnsi="Calibri"/>
                <w:b w:val="0"/>
                <w:i/>
                <w:color w:val="66717C"/>
                <w:sz w:val="18"/>
              </w:rPr>
              <w:t>[Target 3]</w:t>
            </w:r>
          </w:p>
          <w:p>
            <w:r>
              <w:t xml:space="preserve"> </w:t>
            </w:r>
          </w:p>
        </w:tc>
        <w:tc>
          <w:tcPr>
            <w:tcW w:type="dxa" w:w="27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</w:tcPr>
          <w:p>
            <w:pPr>
              <w:spacing w:after="100"/>
            </w:pPr>
            <w:r>
              <w:rPr>
                <w:rFonts w:ascii="Calibri" w:hAnsi="Calibri"/>
                <w:b w:val="0"/>
                <w:i/>
                <w:color w:val="66717C"/>
                <w:sz w:val="18"/>
              </w:rPr>
              <w:t>[File, output or draft]</w:t>
            </w:r>
          </w:p>
          <w:p>
            <w:r>
              <w:t xml:space="preserve"> </w:t>
            </w:r>
          </w:p>
        </w:tc>
        <w:tc>
          <w:tcPr>
            <w:tcW w:type="dxa" w:w="13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</w:tcPr>
          <w:p>
            <w:pPr>
              <w:spacing w:after="100"/>
            </w:pPr>
            <w:r>
              <w:rPr>
                <w:rFonts w:ascii="Calibri" w:hAnsi="Calibri"/>
                <w:b w:val="0"/>
                <w:i/>
                <w:color w:val="66717C"/>
                <w:sz w:val="18"/>
              </w:rPr>
              <w:t>[Name]</w:t>
            </w:r>
          </w:p>
          <w:p>
            <w:r>
              <w:t xml:space="preserve"> </w:t>
            </w:r>
          </w:p>
        </w:tc>
        <w:tc>
          <w:tcPr>
            <w:tcW w:type="dxa" w:w="174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</w:tcPr>
          <w:p>
            <w:pPr>
              <w:spacing w:after="100"/>
            </w:pPr>
            <w:r>
              <w:rPr>
                <w:rFonts w:ascii="Calibri" w:hAnsi="Calibri"/>
                <w:b w:val="0"/>
                <w:i/>
                <w:color w:val="66717C"/>
                <w:sz w:val="18"/>
              </w:rPr>
              <w:t>[Date]</w:t>
            </w:r>
          </w:p>
          <w:p>
            <w:r>
              <w:t xml:space="preserve"> 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7020"/>
        <w:gridCol w:w="2340"/>
      </w:tblGrid>
      <w:tr>
        <w:tc>
          <w:tcPr>
            <w:tcW w:type="dxa" w:w="702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</w:tcPr>
          <w:p>
            <w:r>
              <w:rPr>
                <w:rFonts w:ascii="Calibri" w:hAnsi="Calibri"/>
                <w:b/>
                <w:i w:val="0"/>
                <w:color w:val="0F766E"/>
                <w:sz w:val="18"/>
              </w:rPr>
              <w:t>Supervisor action or follow-up</w:t>
              <w:br/>
            </w:r>
            <w:r>
              <w:rPr>
                <w:rFonts w:ascii="Calibri" w:hAnsi="Calibri"/>
                <w:b w:val="0"/>
                <w:i/>
                <w:color w:val="66717C"/>
                <w:sz w:val="18"/>
              </w:rPr>
              <w:t>[Type here]</w:t>
            </w:r>
          </w:p>
        </w:tc>
        <w:tc>
          <w:tcPr>
            <w:tcW w:type="dxa" w:w="234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CCD5DC"/>
              <w:start w:val="single" w:sz="6" w:color="CCD5DC"/>
              <w:bottom w:val="single" w:sz="6" w:color="CCD5DC"/>
              <w:end w:val="single" w:sz="6" w:color="CCD5DC"/>
              <w:insideH w:val="single" w:sz="6" w:color="CCD5DC"/>
              <w:insideV w:val="single" w:sz="6" w:color="CCD5DC"/>
            </w:tcBorders>
          </w:tcPr>
          <w:p>
            <w:r>
              <w:rPr>
                <w:rFonts w:ascii="Calibri" w:hAnsi="Calibri"/>
                <w:b/>
                <w:i w:val="0"/>
                <w:color w:val="0F766E"/>
                <w:sz w:val="18"/>
              </w:rPr>
              <w:t>Due</w:t>
              <w:br/>
            </w:r>
            <w:r>
              <w:rPr>
                <w:rFonts w:ascii="Calibri" w:hAnsi="Calibri"/>
                <w:b w:val="0"/>
                <w:i/>
                <w:color w:val="66717C"/>
                <w:sz w:val="18"/>
              </w:rPr>
              <w:t>[Type here]</w:t>
            </w:r>
          </w:p>
        </w:tc>
      </w:tr>
    </w:tbl>
    <w:p>
      <w:pPr>
        <w:spacing w:before="180" w:after="60"/>
      </w:pPr>
      <w:r>
        <w:rPr>
          <w:rFonts w:ascii="Calibri" w:hAnsi="Calibri"/>
          <w:b/>
          <w:i w:val="0"/>
          <w:color w:val="0F766E"/>
          <w:sz w:val="20"/>
        </w:rPr>
        <w:t>Records to update after this meeting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/>
                <w:b w:val="0"/>
                <w:i w:val="0"/>
                <w:color w:val="0B1117"/>
                <w:sz w:val="19"/>
              </w:rPr>
              <w:t>☐ Question-and-analysis brief</w:t>
            </w:r>
          </w:p>
        </w:tc>
        <w:tc>
          <w:tcPr>
            <w:tcW w:type="dxa" w:w="468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/>
                <w:b w:val="0"/>
                <w:i w:val="0"/>
                <w:color w:val="0B1117"/>
                <w:sz w:val="19"/>
              </w:rPr>
              <w:t>☐ Methods decision log</w:t>
            </w:r>
          </w:p>
        </w:tc>
      </w:tr>
      <w:tr>
        <w:tc>
          <w:tcPr>
            <w:tcW w:type="dxa" w:w="468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/>
                <w:b w:val="0"/>
                <w:i w:val="0"/>
                <w:color w:val="0B1117"/>
                <w:sz w:val="19"/>
              </w:rPr>
              <w:t>☐ Interpretation record</w:t>
            </w:r>
          </w:p>
        </w:tc>
        <w:tc>
          <w:tcPr>
            <w:tcW w:type="dxa" w:w="468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/>
                <w:b w:val="0"/>
                <w:i w:val="0"/>
                <w:color w:val="0B1117"/>
                <w:sz w:val="19"/>
              </w:rPr>
              <w:t>☐ Project timetable</w:t>
            </w:r>
          </w:p>
        </w:tc>
      </w:tr>
    </w:tbl>
    <w:p>
      <w:pPr>
        <w:spacing w:before="140" w:after="0"/>
      </w:pPr>
      <w:r>
        <w:rPr>
          <w:rFonts w:ascii="Calibri" w:hAnsi="Calibri"/>
          <w:b/>
          <w:i w:val="0"/>
          <w:color w:val="4D7C0F"/>
          <w:sz w:val="19"/>
        </w:rPr>
        <w:t>Keep one completed copy for each meeting so that decisions, support and progress remain visible across the whole project.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23" w:right="1440" w:bottom="1037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Calibri" w:hAnsi="Calibri"/>
        <w:b w:val="0"/>
        <w:i w:val="0"/>
        <w:color w:val="66717C"/>
        <w:sz w:val="18"/>
      </w:rPr>
      <w:t xml:space="preserve">Weekly supervision checkpoint  •  </w:t>
    </w:r>
    <w:r>
      <w:rPr>
        <w:rFonts w:ascii="Calibri" w:hAnsi="Calibri"/>
        <w:b w:val="0"/>
        <w:i w:val="0"/>
        <w:color w:val="66717C"/>
        <w:sz w:val="18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/>
        <w:b w:val="0"/>
        <w:i w:val="0"/>
        <w:color w:val="66717C"/>
        <w:sz w:val="18"/>
      </w:rPr>
      <w:t xml:space="preserve"> of </w:t>
    </w:r>
    <w:r>
      <w:rPr>
        <w:rFonts w:ascii="Calibri" w:hAnsi="Calibri"/>
        <w:b w:val="0"/>
        <w:i w:val="0"/>
        <w:color w:val="66717C"/>
        <w:sz w:val="18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/>
        <w:b/>
        <w:i w:val="0"/>
        <w:color w:val="66717C"/>
        <w:sz w:val="17"/>
      </w:rPr>
      <w:t>GEROSTATS KNOWLEDGE HUB  |  PROJECT GUIDANCE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0B111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0F766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0F766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0B1117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Gerostats weekly supervision checkpoint</dc:title>
  <dc:subject>Reusable weekly project supervision record</dc:subject>
  <dc:creator>Andrew Kingston</dc:creator>
  <cp:keywords>Gerostats, supervision, dissertation, project, weekly checkpoint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